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Ada Lovelace - Åse Østby ærlig erfaring. Backend APIs and reliable data pipelines with Python and C#; platform engineering and testing.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